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4A690" w14:textId="1EFE7420" w:rsidR="00065663" w:rsidRDefault="00065663" w:rsidP="00065663">
      <w:pPr>
        <w:pStyle w:val="Kop1"/>
        <w:rPr>
          <w:lang w:val="nl-NL"/>
        </w:rPr>
      </w:pPr>
      <w:r>
        <w:rPr>
          <w:noProof/>
          <w:sz w:val="32"/>
          <w:szCs w:val="32"/>
          <w:lang w:val="nl-NL"/>
        </w:rPr>
        <w:drawing>
          <wp:anchor distT="0" distB="0" distL="114300" distR="114300" simplePos="0" relativeHeight="251658240" behindDoc="0" locked="0" layoutInCell="1" allowOverlap="1" wp14:anchorId="0EB92C2C" wp14:editId="69F38276">
            <wp:simplePos x="0" y="0"/>
            <wp:positionH relativeFrom="column">
              <wp:posOffset>4521101</wp:posOffset>
            </wp:positionH>
            <wp:positionV relativeFrom="paragraph">
              <wp:posOffset>561</wp:posOffset>
            </wp:positionV>
            <wp:extent cx="1407226" cy="1407226"/>
            <wp:effectExtent l="0" t="0" r="2540" b="2540"/>
            <wp:wrapSquare wrapText="bothSides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7226" cy="1407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B0493">
        <w:rPr>
          <w:sz w:val="32"/>
          <w:szCs w:val="32"/>
          <w:lang w:val="nl-NL"/>
        </w:rPr>
        <w:t xml:space="preserve">Intakeformulier </w:t>
      </w:r>
      <w:proofErr w:type="spellStart"/>
      <w:r w:rsidRPr="005B0493">
        <w:rPr>
          <w:sz w:val="32"/>
          <w:szCs w:val="32"/>
          <w:lang w:val="nl-NL"/>
        </w:rPr>
        <w:t>Eetteam</w:t>
      </w:r>
      <w:proofErr w:type="spellEnd"/>
      <w:r>
        <w:rPr>
          <w:sz w:val="32"/>
          <w:szCs w:val="32"/>
          <w:lang w:val="nl-NL"/>
        </w:rPr>
        <w:t xml:space="preserve">                                             </w:t>
      </w:r>
    </w:p>
    <w:p w14:paraId="71015387" w14:textId="7C6C7154" w:rsidR="00CE394A" w:rsidRPr="00085E5E" w:rsidRDefault="00C958C8">
      <w:pPr>
        <w:pStyle w:val="Kop2"/>
        <w:rPr>
          <w:lang w:val="nl-NL"/>
        </w:rPr>
      </w:pPr>
      <w:r w:rsidRPr="00085E5E">
        <w:rPr>
          <w:lang w:val="nl-NL"/>
        </w:rPr>
        <w:t>1. Algemene gegevens</w:t>
      </w:r>
    </w:p>
    <w:p w14:paraId="5AEE6398" w14:textId="3DE0E28D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Naam kind: </w:t>
      </w:r>
    </w:p>
    <w:p w14:paraId="066F9A4F" w14:textId="77601476" w:rsidR="00CE394A" w:rsidRPr="00085E5E" w:rsidRDefault="00C958C8">
      <w:pPr>
        <w:rPr>
          <w:lang w:val="nl-NL"/>
        </w:rPr>
      </w:pPr>
      <w:r w:rsidRPr="00085E5E">
        <w:rPr>
          <w:lang w:val="nl-NL"/>
        </w:rPr>
        <w:t>Geboortedatum:</w:t>
      </w:r>
    </w:p>
    <w:p w14:paraId="027F853F" w14:textId="3BFDD985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BSN: </w:t>
      </w:r>
    </w:p>
    <w:p w14:paraId="71276C5E" w14:textId="148E9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Naam ouder(s)/verzorger(s): </w:t>
      </w:r>
    </w:p>
    <w:p w14:paraId="107551FB" w14:textId="3D556308" w:rsidR="00CE394A" w:rsidRPr="00085E5E" w:rsidRDefault="00C958C8">
      <w:pPr>
        <w:rPr>
          <w:lang w:val="nl-NL"/>
        </w:rPr>
      </w:pPr>
      <w:r w:rsidRPr="00085E5E">
        <w:rPr>
          <w:lang w:val="nl-NL"/>
        </w:rPr>
        <w:t>Adres:</w:t>
      </w:r>
    </w:p>
    <w:p w14:paraId="4B3DC44F" w14:textId="77777777" w:rsidR="00065663" w:rsidRDefault="00C958C8">
      <w:pPr>
        <w:rPr>
          <w:lang w:val="nl-NL"/>
        </w:rPr>
      </w:pPr>
      <w:r w:rsidRPr="00085E5E">
        <w:rPr>
          <w:lang w:val="nl-NL"/>
        </w:rPr>
        <w:t>Telefoon:</w:t>
      </w:r>
    </w:p>
    <w:p w14:paraId="7FD6D017" w14:textId="090FD56B" w:rsidR="00CE394A" w:rsidRPr="00085E5E" w:rsidRDefault="00C958C8">
      <w:pPr>
        <w:rPr>
          <w:lang w:val="nl-NL"/>
        </w:rPr>
      </w:pPr>
      <w:r w:rsidRPr="00085E5E">
        <w:rPr>
          <w:lang w:val="nl-NL"/>
        </w:rPr>
        <w:t>E-mail:</w:t>
      </w:r>
    </w:p>
    <w:p w14:paraId="6EF9EE40" w14:textId="3F7B1388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Huisarts: </w:t>
      </w:r>
    </w:p>
    <w:p w14:paraId="50F1D555" w14:textId="6FA921F1" w:rsidR="00085E5E" w:rsidRDefault="00C958C8" w:rsidP="00085E5E">
      <w:pPr>
        <w:rPr>
          <w:lang w:val="nl-NL"/>
        </w:rPr>
      </w:pPr>
      <w:r w:rsidRPr="00085E5E">
        <w:rPr>
          <w:lang w:val="nl-NL"/>
        </w:rPr>
        <w:t xml:space="preserve">Verwijzer: </w:t>
      </w:r>
      <w:r w:rsidR="00085E5E">
        <w:rPr>
          <w:lang w:val="nl-NL"/>
        </w:rPr>
        <w:br/>
      </w:r>
      <w:r w:rsidR="00085E5E">
        <w:rPr>
          <w:lang w:val="nl-NL"/>
        </w:rPr>
        <w:br/>
      </w:r>
      <w:r w:rsidR="00085E5E" w:rsidRPr="00085E5E">
        <w:rPr>
          <w:lang w:val="nl-NL"/>
        </w:rPr>
        <w:t>Namen van huidige behandelaren (fysio, ergo, logo, psycholoog, kinderarts</w:t>
      </w:r>
      <w:r w:rsidR="00085E5E">
        <w:rPr>
          <w:lang w:val="nl-NL"/>
        </w:rPr>
        <w:t>):</w:t>
      </w:r>
    </w:p>
    <w:p w14:paraId="1AA67DA7" w14:textId="62B4655F" w:rsidR="00085E5E" w:rsidRPr="00085E5E" w:rsidRDefault="00085E5E" w:rsidP="00085E5E">
      <w:pPr>
        <w:rPr>
          <w:lang w:val="nl-NL"/>
        </w:rPr>
      </w:pPr>
      <w:r>
        <w:rPr>
          <w:lang w:val="nl-NL"/>
        </w:rPr>
        <w:br/>
      </w:r>
    </w:p>
    <w:p w14:paraId="0535FCAC" w14:textId="002F264B" w:rsidR="00CE394A" w:rsidRPr="00085E5E" w:rsidRDefault="00CE394A">
      <w:pPr>
        <w:rPr>
          <w:lang w:val="nl-NL"/>
        </w:rPr>
      </w:pPr>
    </w:p>
    <w:p w14:paraId="032B09DC" w14:textId="77777777" w:rsidR="00CE394A" w:rsidRPr="00085E5E" w:rsidRDefault="00C958C8">
      <w:pPr>
        <w:pStyle w:val="Kop2"/>
        <w:rPr>
          <w:lang w:val="nl-NL"/>
        </w:rPr>
      </w:pPr>
      <w:r w:rsidRPr="00085E5E">
        <w:rPr>
          <w:lang w:val="nl-NL"/>
        </w:rPr>
        <w:t>2. Hulpvraag</w:t>
      </w:r>
    </w:p>
    <w:p w14:paraId="2525F951" w14:textId="77777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>Wat is de belangrijkste reden van aanmelding?</w:t>
      </w:r>
    </w:p>
    <w:p w14:paraId="3CDA5B57" w14:textId="77777777" w:rsidR="00CE394A" w:rsidRPr="00085E5E" w:rsidRDefault="00CE394A">
      <w:pPr>
        <w:rPr>
          <w:lang w:val="nl-NL"/>
        </w:rPr>
      </w:pPr>
    </w:p>
    <w:p w14:paraId="459F1F92" w14:textId="77777777" w:rsidR="00085E5E" w:rsidRDefault="00085E5E">
      <w:pPr>
        <w:pStyle w:val="Kop2"/>
        <w:rPr>
          <w:lang w:val="nl-NL"/>
        </w:rPr>
      </w:pPr>
    </w:p>
    <w:p w14:paraId="5AFBB550" w14:textId="68920A39" w:rsidR="00CE394A" w:rsidRPr="00085E5E" w:rsidRDefault="00C958C8">
      <w:pPr>
        <w:pStyle w:val="Kop2"/>
        <w:rPr>
          <w:lang w:val="nl-NL"/>
        </w:rPr>
      </w:pPr>
      <w:r w:rsidRPr="00085E5E">
        <w:rPr>
          <w:lang w:val="nl-NL"/>
        </w:rPr>
        <w:t>3. Medische voorgeschiedenis</w:t>
      </w:r>
    </w:p>
    <w:p w14:paraId="0567B38E" w14:textId="77777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>Zwangerschap en geboorte bijzonderheden:</w:t>
      </w:r>
    </w:p>
    <w:p w14:paraId="47FD9DC3" w14:textId="77777777" w:rsidR="00065663" w:rsidRDefault="00065663">
      <w:pPr>
        <w:rPr>
          <w:lang w:val="nl-NL"/>
        </w:rPr>
      </w:pPr>
    </w:p>
    <w:p w14:paraId="5B27FDE6" w14:textId="6ED04BEC" w:rsidR="00CE394A" w:rsidRPr="00085E5E" w:rsidRDefault="00C958C8">
      <w:pPr>
        <w:rPr>
          <w:lang w:val="nl-NL"/>
        </w:rPr>
      </w:pPr>
      <w:r w:rsidRPr="00085E5E">
        <w:rPr>
          <w:lang w:val="nl-NL"/>
        </w:rPr>
        <w:t>Diagnoses / aandoeningen:</w:t>
      </w:r>
    </w:p>
    <w:p w14:paraId="3C0C7D3A" w14:textId="084792B3" w:rsidR="00085E5E" w:rsidRDefault="00085E5E" w:rsidP="00085E5E">
      <w:pPr>
        <w:pStyle w:val="Lijstalinea"/>
        <w:numPr>
          <w:ilvl w:val="0"/>
          <w:numId w:val="11"/>
        </w:numPr>
        <w:rPr>
          <w:lang w:val="nl-NL"/>
        </w:rPr>
      </w:pPr>
      <w:r>
        <w:rPr>
          <w:lang w:val="nl-NL"/>
        </w:rPr>
        <w:t>Nee, niet van toepassing</w:t>
      </w:r>
    </w:p>
    <w:p w14:paraId="7B61124C" w14:textId="3CB592A7" w:rsidR="00065663" w:rsidRPr="00065663" w:rsidRDefault="00085E5E" w:rsidP="00065663">
      <w:pPr>
        <w:pStyle w:val="Lijstalinea"/>
        <w:numPr>
          <w:ilvl w:val="0"/>
          <w:numId w:val="11"/>
        </w:numPr>
        <w:rPr>
          <w:lang w:val="nl-NL"/>
        </w:rPr>
      </w:pPr>
      <w:r>
        <w:rPr>
          <w:lang w:val="nl-NL"/>
        </w:rPr>
        <w:t>Ja, namelijk:</w:t>
      </w:r>
    </w:p>
    <w:p w14:paraId="5E417230" w14:textId="77777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>Medicatie:</w:t>
      </w:r>
    </w:p>
    <w:p w14:paraId="4CE12734" w14:textId="77777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>Allergieën/intoleranties:</w:t>
      </w:r>
    </w:p>
    <w:p w14:paraId="0EF71F5E" w14:textId="04C6562A" w:rsidR="00085E5E" w:rsidRDefault="00065663">
      <w:pPr>
        <w:pStyle w:val="Kop2"/>
        <w:rPr>
          <w:lang w:val="nl-NL"/>
        </w:rPr>
      </w:pPr>
      <w:r>
        <w:rPr>
          <w:noProof/>
          <w:sz w:val="32"/>
          <w:szCs w:val="32"/>
          <w:lang w:val="nl-NL"/>
        </w:rPr>
        <w:lastRenderedPageBreak/>
        <w:drawing>
          <wp:anchor distT="0" distB="0" distL="114300" distR="114300" simplePos="0" relativeHeight="251660288" behindDoc="0" locked="0" layoutInCell="1" allowOverlap="1" wp14:anchorId="5EB781DA" wp14:editId="642FED04">
            <wp:simplePos x="0" y="0"/>
            <wp:positionH relativeFrom="column">
              <wp:posOffset>4364182</wp:posOffset>
            </wp:positionH>
            <wp:positionV relativeFrom="paragraph">
              <wp:posOffset>181</wp:posOffset>
            </wp:positionV>
            <wp:extent cx="1407226" cy="1407226"/>
            <wp:effectExtent l="0" t="0" r="2540" b="2540"/>
            <wp:wrapSquare wrapText="bothSides"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407226" cy="14072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5EF5EA" w14:textId="61513E0D" w:rsidR="00CE394A" w:rsidRPr="00085E5E" w:rsidRDefault="00C958C8">
      <w:pPr>
        <w:pStyle w:val="Kop2"/>
        <w:rPr>
          <w:lang w:val="nl-NL"/>
        </w:rPr>
      </w:pPr>
      <w:r w:rsidRPr="00085E5E">
        <w:rPr>
          <w:lang w:val="nl-NL"/>
        </w:rPr>
        <w:t xml:space="preserve">4. Voeding en groei </w:t>
      </w:r>
    </w:p>
    <w:p w14:paraId="5D0CE45A" w14:textId="77777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>Huidige voeding: borst / fles / sonde / vaste voeding / gemengd</w:t>
      </w:r>
    </w:p>
    <w:p w14:paraId="56ABC9DA" w14:textId="77777777" w:rsidR="00065663" w:rsidRDefault="00C958C8">
      <w:pPr>
        <w:rPr>
          <w:lang w:val="nl-NL"/>
        </w:rPr>
      </w:pPr>
      <w:r w:rsidRPr="00085E5E">
        <w:rPr>
          <w:lang w:val="nl-NL"/>
        </w:rPr>
        <w:t xml:space="preserve">Lengte: </w:t>
      </w:r>
    </w:p>
    <w:p w14:paraId="05BB0A91" w14:textId="176B822B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Gewicht: </w:t>
      </w:r>
    </w:p>
    <w:p w14:paraId="739108F5" w14:textId="126D7A86" w:rsidR="00CE394A" w:rsidRPr="00085E5E" w:rsidRDefault="00C958C8">
      <w:pPr>
        <w:rPr>
          <w:lang w:val="nl-NL"/>
        </w:rPr>
      </w:pPr>
      <w:r w:rsidRPr="00085E5E">
        <w:rPr>
          <w:lang w:val="nl-NL"/>
        </w:rPr>
        <w:t>Zorgen over groei of voedingsinname?</w:t>
      </w:r>
    </w:p>
    <w:p w14:paraId="2BC928AC" w14:textId="6AF6018D" w:rsidR="00CE394A" w:rsidRPr="00085E5E" w:rsidRDefault="00085E5E">
      <w:pPr>
        <w:pStyle w:val="Kop2"/>
        <w:rPr>
          <w:lang w:val="nl-NL"/>
        </w:rPr>
      </w:pPr>
      <w:r>
        <w:rPr>
          <w:lang w:val="nl-NL"/>
        </w:rPr>
        <w:br/>
        <w:t>5</w:t>
      </w:r>
      <w:r w:rsidR="00C958C8" w:rsidRPr="00085E5E">
        <w:rPr>
          <w:lang w:val="nl-NL"/>
        </w:rPr>
        <w:t xml:space="preserve">. </w:t>
      </w:r>
      <w:r>
        <w:rPr>
          <w:lang w:val="nl-NL"/>
        </w:rPr>
        <w:t>Overig</w:t>
      </w:r>
      <w:r w:rsidR="00C958C8" w:rsidRPr="00085E5E">
        <w:rPr>
          <w:lang w:val="nl-NL"/>
        </w:rPr>
        <w:t xml:space="preserve"> </w:t>
      </w:r>
    </w:p>
    <w:p w14:paraId="73BF8659" w14:textId="6526EC1B" w:rsidR="00CE394A" w:rsidRPr="00085E5E" w:rsidRDefault="00085E5E">
      <w:pPr>
        <w:rPr>
          <w:lang w:val="nl-NL"/>
        </w:rPr>
      </w:pPr>
      <w:r>
        <w:rPr>
          <w:lang w:val="nl-NL"/>
        </w:rPr>
        <w:t>Zijn er bijzonderheden in de motorische ontwikkeling?</w:t>
      </w:r>
    </w:p>
    <w:p w14:paraId="15920416" w14:textId="0D02246D" w:rsidR="00CE394A" w:rsidRDefault="00CE394A">
      <w:pPr>
        <w:rPr>
          <w:lang w:val="nl-NL"/>
        </w:rPr>
      </w:pPr>
    </w:p>
    <w:p w14:paraId="42CBFBFB" w14:textId="1E4C2974" w:rsidR="00085E5E" w:rsidRDefault="00085E5E">
      <w:pPr>
        <w:rPr>
          <w:lang w:val="nl-NL"/>
        </w:rPr>
      </w:pPr>
      <w:r>
        <w:rPr>
          <w:lang w:val="nl-NL"/>
        </w:rPr>
        <w:t>Ga</w:t>
      </w:r>
      <w:r w:rsidRPr="00085E5E">
        <w:rPr>
          <w:lang w:val="nl-NL"/>
        </w:rPr>
        <w:t>at uw kind naar medisch kinderdagverblijf en/of speciaal onderwijs of naar een</w:t>
      </w:r>
      <w:r w:rsidR="005B0493">
        <w:rPr>
          <w:lang w:val="nl-NL"/>
        </w:rPr>
        <w:t xml:space="preserve"> </w:t>
      </w:r>
      <w:r w:rsidRPr="00085E5E">
        <w:rPr>
          <w:lang w:val="nl-NL"/>
        </w:rPr>
        <w:t>reguliere dagopvang/school?</w:t>
      </w:r>
    </w:p>
    <w:p w14:paraId="703CC8AB" w14:textId="77777777" w:rsidR="00085E5E" w:rsidRPr="00085E5E" w:rsidRDefault="00085E5E">
      <w:pPr>
        <w:rPr>
          <w:lang w:val="nl-NL"/>
        </w:rPr>
      </w:pPr>
    </w:p>
    <w:p w14:paraId="57DB8B9A" w14:textId="1AA67175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Wat zijn de verwachtingen </w:t>
      </w:r>
      <w:r w:rsidR="00085E5E">
        <w:rPr>
          <w:lang w:val="nl-NL"/>
        </w:rPr>
        <w:t xml:space="preserve">van de begeleiding van het </w:t>
      </w:r>
      <w:proofErr w:type="spellStart"/>
      <w:r w:rsidR="00085E5E">
        <w:rPr>
          <w:lang w:val="nl-NL"/>
        </w:rPr>
        <w:t>eetteam</w:t>
      </w:r>
      <w:proofErr w:type="spellEnd"/>
      <w:r w:rsidRPr="00085E5E">
        <w:rPr>
          <w:lang w:val="nl-NL"/>
        </w:rPr>
        <w:t>?</w:t>
      </w:r>
    </w:p>
    <w:p w14:paraId="3E6C168C" w14:textId="77777777" w:rsidR="005B0493" w:rsidRDefault="005B0493">
      <w:pPr>
        <w:pStyle w:val="Kop2"/>
        <w:rPr>
          <w:lang w:val="nl-NL"/>
        </w:rPr>
      </w:pPr>
    </w:p>
    <w:p w14:paraId="163680B9" w14:textId="0AD23C9D" w:rsidR="00CE394A" w:rsidRPr="00085E5E" w:rsidRDefault="00C958C8">
      <w:pPr>
        <w:pStyle w:val="Kop2"/>
        <w:rPr>
          <w:lang w:val="nl-NL"/>
        </w:rPr>
      </w:pPr>
      <w:r w:rsidRPr="00085E5E">
        <w:rPr>
          <w:lang w:val="nl-NL"/>
        </w:rPr>
        <w:t>Toestemming</w:t>
      </w:r>
    </w:p>
    <w:p w14:paraId="43F4FE84" w14:textId="77777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>□ Ik geef toestemming voor multidisciplinair overleg binnen het eet- en drinkteam.</w:t>
      </w:r>
    </w:p>
    <w:p w14:paraId="28D4E878" w14:textId="77777777" w:rsidR="00CE394A" w:rsidRPr="00085E5E" w:rsidRDefault="00C958C8">
      <w:pPr>
        <w:rPr>
          <w:lang w:val="nl-NL"/>
        </w:rPr>
      </w:pPr>
      <w:r w:rsidRPr="00085E5E">
        <w:rPr>
          <w:lang w:val="nl-NL"/>
        </w:rPr>
        <w:t>□ Ik geef toestemming om relevante informatie op te vragen bij betrokken zorgverleners.</w:t>
      </w:r>
    </w:p>
    <w:p w14:paraId="0AE70742" w14:textId="77777777" w:rsidR="00CE394A" w:rsidRPr="00085E5E" w:rsidRDefault="00CE394A">
      <w:pPr>
        <w:rPr>
          <w:lang w:val="nl-NL"/>
        </w:rPr>
      </w:pPr>
    </w:p>
    <w:p w14:paraId="5C0E2346" w14:textId="263C107D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Naam ouder/verzorger: </w:t>
      </w:r>
    </w:p>
    <w:p w14:paraId="3CA502E8" w14:textId="77777777" w:rsidR="00065663" w:rsidRDefault="00C958C8">
      <w:pPr>
        <w:rPr>
          <w:lang w:val="nl-NL"/>
        </w:rPr>
      </w:pPr>
      <w:r w:rsidRPr="00085E5E">
        <w:rPr>
          <w:lang w:val="nl-NL"/>
        </w:rPr>
        <w:t>Datum:</w:t>
      </w:r>
    </w:p>
    <w:p w14:paraId="256C2C64" w14:textId="7B2AEB4F" w:rsidR="00CE394A" w:rsidRPr="00085E5E" w:rsidRDefault="00C958C8">
      <w:pPr>
        <w:rPr>
          <w:lang w:val="nl-NL"/>
        </w:rPr>
      </w:pPr>
      <w:r w:rsidRPr="00085E5E">
        <w:rPr>
          <w:lang w:val="nl-NL"/>
        </w:rPr>
        <w:t xml:space="preserve">Handtekening: </w:t>
      </w:r>
    </w:p>
    <w:sectPr w:rsidR="00CE394A" w:rsidRPr="00085E5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jstnummering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jstnummering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jstopsomtek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jstopsomtek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14B5172A"/>
    <w:multiLevelType w:val="hybridMultilevel"/>
    <w:tmpl w:val="CAF6CBA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7E32AA7"/>
    <w:multiLevelType w:val="hybridMultilevel"/>
    <w:tmpl w:val="D1928C86"/>
    <w:lvl w:ilvl="0" w:tplc="D2628B42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86620678">
    <w:abstractNumId w:val="8"/>
  </w:num>
  <w:num w:numId="2" w16cid:durableId="929965696">
    <w:abstractNumId w:val="6"/>
  </w:num>
  <w:num w:numId="3" w16cid:durableId="727265868">
    <w:abstractNumId w:val="5"/>
  </w:num>
  <w:num w:numId="4" w16cid:durableId="271744865">
    <w:abstractNumId w:val="4"/>
  </w:num>
  <w:num w:numId="5" w16cid:durableId="1605192097">
    <w:abstractNumId w:val="7"/>
  </w:num>
  <w:num w:numId="6" w16cid:durableId="37826651">
    <w:abstractNumId w:val="3"/>
  </w:num>
  <w:num w:numId="7" w16cid:durableId="2099862098">
    <w:abstractNumId w:val="2"/>
  </w:num>
  <w:num w:numId="8" w16cid:durableId="311520084">
    <w:abstractNumId w:val="1"/>
  </w:num>
  <w:num w:numId="9" w16cid:durableId="898130089">
    <w:abstractNumId w:val="0"/>
  </w:num>
  <w:num w:numId="10" w16cid:durableId="1322540691">
    <w:abstractNumId w:val="10"/>
  </w:num>
  <w:num w:numId="11" w16cid:durableId="133957854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5663"/>
    <w:rsid w:val="00085E5E"/>
    <w:rsid w:val="0015074B"/>
    <w:rsid w:val="0029639D"/>
    <w:rsid w:val="00326F90"/>
    <w:rsid w:val="00421722"/>
    <w:rsid w:val="005B0493"/>
    <w:rsid w:val="00A96CFA"/>
    <w:rsid w:val="00AA1D8D"/>
    <w:rsid w:val="00B47730"/>
    <w:rsid w:val="00C958C8"/>
    <w:rsid w:val="00CB0664"/>
    <w:rsid w:val="00CE39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2FBEA5D"/>
  <w14:defaultImageDpi w14:val="300"/>
  <w15:docId w15:val="{BA348BA9-6FBA-4E4A-B4E1-F2479563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C693F"/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618BF"/>
  </w:style>
  <w:style w:type="paragraph" w:styleId="Voettekst">
    <w:name w:val="footer"/>
    <w:basedOn w:val="Standaard"/>
    <w:link w:val="Voetteks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618BF"/>
  </w:style>
  <w:style w:type="paragraph" w:styleId="Geenafstand">
    <w:name w:val="No Spacing"/>
    <w:uiPriority w:val="1"/>
    <w:qFormat/>
    <w:rsid w:val="00FC693F"/>
    <w:pPr>
      <w:spacing w:after="0" w:line="240" w:lineRule="auto"/>
    </w:pPr>
  </w:style>
  <w:style w:type="character" w:customStyle="1" w:styleId="Kop1Char">
    <w:name w:val="Kop 1 Char"/>
    <w:basedOn w:val="Standaardalinea-lettertype"/>
    <w:link w:val="Kop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ard"/>
    <w:next w:val="Standaard"/>
    <w:link w:val="Tite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jstalinea">
    <w:name w:val="List Paragraph"/>
    <w:basedOn w:val="Standaard"/>
    <w:uiPriority w:val="34"/>
    <w:qFormat/>
    <w:rsid w:val="00FC693F"/>
    <w:pPr>
      <w:ind w:left="720"/>
      <w:contextualSpacing/>
    </w:pPr>
  </w:style>
  <w:style w:type="paragraph" w:styleId="Plattetekst">
    <w:name w:val="Body Text"/>
    <w:basedOn w:val="Standaard"/>
    <w:link w:val="PlattetekstChar"/>
    <w:uiPriority w:val="99"/>
    <w:unhideWhenUsed/>
    <w:rsid w:val="00AA1D8D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rsid w:val="00AA1D8D"/>
  </w:style>
  <w:style w:type="paragraph" w:styleId="Plattetekst2">
    <w:name w:val="Body Text 2"/>
    <w:basedOn w:val="Standaard"/>
    <w:link w:val="Plattetekst2Char"/>
    <w:uiPriority w:val="99"/>
    <w:unhideWhenUsed/>
    <w:rsid w:val="00AA1D8D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rsid w:val="00AA1D8D"/>
  </w:style>
  <w:style w:type="paragraph" w:styleId="Plattetekst3">
    <w:name w:val="Body Text 3"/>
    <w:basedOn w:val="Standaard"/>
    <w:link w:val="Platteteks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AA1D8D"/>
    <w:rPr>
      <w:sz w:val="16"/>
      <w:szCs w:val="16"/>
    </w:rPr>
  </w:style>
  <w:style w:type="paragraph" w:styleId="Lijst">
    <w:name w:val="List"/>
    <w:basedOn w:val="Standaard"/>
    <w:uiPriority w:val="99"/>
    <w:unhideWhenUsed/>
    <w:rsid w:val="00AA1D8D"/>
    <w:pPr>
      <w:ind w:left="360" w:hanging="360"/>
      <w:contextualSpacing/>
    </w:pPr>
  </w:style>
  <w:style w:type="paragraph" w:styleId="Lijst2">
    <w:name w:val="List 2"/>
    <w:basedOn w:val="Standaard"/>
    <w:uiPriority w:val="99"/>
    <w:unhideWhenUsed/>
    <w:rsid w:val="00326F90"/>
    <w:pPr>
      <w:ind w:left="720" w:hanging="360"/>
      <w:contextualSpacing/>
    </w:pPr>
  </w:style>
  <w:style w:type="paragraph" w:styleId="Lijst3">
    <w:name w:val="List 3"/>
    <w:basedOn w:val="Standaard"/>
    <w:uiPriority w:val="99"/>
    <w:unhideWhenUsed/>
    <w:rsid w:val="00326F90"/>
    <w:pPr>
      <w:ind w:left="1080" w:hanging="360"/>
      <w:contextualSpacing/>
    </w:pPr>
  </w:style>
  <w:style w:type="paragraph" w:styleId="Lijstopsomteken">
    <w:name w:val="List Bullet"/>
    <w:basedOn w:val="Standaard"/>
    <w:uiPriority w:val="99"/>
    <w:unhideWhenUsed/>
    <w:rsid w:val="00326F90"/>
    <w:pPr>
      <w:numPr>
        <w:numId w:val="1"/>
      </w:numPr>
      <w:contextualSpacing/>
    </w:pPr>
  </w:style>
  <w:style w:type="paragraph" w:styleId="Lijstopsomteken2">
    <w:name w:val="List Bullet 2"/>
    <w:basedOn w:val="Standaard"/>
    <w:uiPriority w:val="99"/>
    <w:unhideWhenUsed/>
    <w:rsid w:val="00326F90"/>
    <w:pPr>
      <w:numPr>
        <w:numId w:val="2"/>
      </w:numPr>
      <w:contextualSpacing/>
    </w:pPr>
  </w:style>
  <w:style w:type="paragraph" w:styleId="Lijstopsomteken3">
    <w:name w:val="List Bullet 3"/>
    <w:basedOn w:val="Standaard"/>
    <w:uiPriority w:val="99"/>
    <w:unhideWhenUsed/>
    <w:rsid w:val="00326F90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unhideWhenUsed/>
    <w:rsid w:val="00326F90"/>
    <w:pPr>
      <w:numPr>
        <w:numId w:val="5"/>
      </w:numPr>
      <w:contextualSpacing/>
    </w:pPr>
  </w:style>
  <w:style w:type="paragraph" w:styleId="Lijstnummering2">
    <w:name w:val="List Number 2"/>
    <w:basedOn w:val="Standaard"/>
    <w:uiPriority w:val="99"/>
    <w:unhideWhenUsed/>
    <w:rsid w:val="0029639D"/>
    <w:pPr>
      <w:numPr>
        <w:numId w:val="6"/>
      </w:numPr>
      <w:contextualSpacing/>
    </w:pPr>
  </w:style>
  <w:style w:type="paragraph" w:styleId="Lijstnummering3">
    <w:name w:val="List Number 3"/>
    <w:basedOn w:val="Standaard"/>
    <w:uiPriority w:val="99"/>
    <w:unhideWhenUsed/>
    <w:rsid w:val="0029639D"/>
    <w:pPr>
      <w:numPr>
        <w:numId w:val="7"/>
      </w:numPr>
      <w:contextualSpacing/>
    </w:pPr>
  </w:style>
  <w:style w:type="paragraph" w:styleId="Lijstvoortzetting">
    <w:name w:val="List Continue"/>
    <w:basedOn w:val="Standaard"/>
    <w:uiPriority w:val="99"/>
    <w:unhideWhenUsed/>
    <w:rsid w:val="0029639D"/>
    <w:pPr>
      <w:spacing w:after="120"/>
      <w:ind w:left="360"/>
      <w:contextualSpacing/>
    </w:pPr>
  </w:style>
  <w:style w:type="paragraph" w:styleId="Lijstvoortzetting2">
    <w:name w:val="List Continue 2"/>
    <w:basedOn w:val="Standaard"/>
    <w:uiPriority w:val="99"/>
    <w:unhideWhenUsed/>
    <w:rsid w:val="0029639D"/>
    <w:pPr>
      <w:spacing w:after="120"/>
      <w:ind w:left="720"/>
      <w:contextualSpacing/>
    </w:pPr>
  </w:style>
  <w:style w:type="paragraph" w:styleId="Lijstvoortzetting3">
    <w:name w:val="List Continue 3"/>
    <w:basedOn w:val="Standaard"/>
    <w:uiPriority w:val="99"/>
    <w:unhideWhenUsed/>
    <w:rsid w:val="0029639D"/>
    <w:pPr>
      <w:spacing w:after="120"/>
      <w:ind w:left="1080"/>
      <w:contextualSpacing/>
    </w:pPr>
  </w:style>
  <w:style w:type="paragraph" w:styleId="Macrotekst">
    <w:name w:val="macro"/>
    <w:link w:val="Macroteks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rsid w:val="0029639D"/>
    <w:rPr>
      <w:rFonts w:ascii="Courier" w:hAnsi="Courier"/>
      <w:sz w:val="20"/>
      <w:szCs w:val="20"/>
    </w:rPr>
  </w:style>
  <w:style w:type="paragraph" w:styleId="Citaat">
    <w:name w:val="Quote"/>
    <w:basedOn w:val="Standaard"/>
    <w:next w:val="Standaard"/>
    <w:link w:val="CitaatChar"/>
    <w:uiPriority w:val="29"/>
    <w:qFormat/>
    <w:rsid w:val="00FC693F"/>
    <w:rPr>
      <w:i/>
      <w:iCs/>
      <w:color w:val="000000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FC693F"/>
    <w:rPr>
      <w:i/>
      <w:iCs/>
      <w:color w:val="000000" w:themeColor="text1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Zwaar">
    <w:name w:val="Strong"/>
    <w:basedOn w:val="Standaardalinea-lettertype"/>
    <w:uiPriority w:val="22"/>
    <w:qFormat/>
    <w:rsid w:val="00FC693F"/>
    <w:rPr>
      <w:b/>
      <w:bCs/>
    </w:rPr>
  </w:style>
  <w:style w:type="character" w:styleId="Nadruk">
    <w:name w:val="Emphasis"/>
    <w:basedOn w:val="Standaardalinea-lettertype"/>
    <w:uiPriority w:val="20"/>
    <w:qFormat/>
    <w:rsid w:val="00FC693F"/>
    <w:rPr>
      <w:i/>
      <w:iCs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C693F"/>
    <w:rPr>
      <w:b/>
      <w:bCs/>
      <w:i/>
      <w:iCs/>
      <w:color w:val="4F81BD" w:themeColor="accent1"/>
    </w:rPr>
  </w:style>
  <w:style w:type="character" w:styleId="Subtielebenadrukking">
    <w:name w:val="Subtle Emphasis"/>
    <w:basedOn w:val="Standaardalinea-lettertype"/>
    <w:uiPriority w:val="19"/>
    <w:qFormat/>
    <w:rsid w:val="00FC693F"/>
    <w:rPr>
      <w:i/>
      <w:iCs/>
      <w:color w:val="808080" w:themeColor="text1" w:themeTint="7F"/>
    </w:rPr>
  </w:style>
  <w:style w:type="character" w:styleId="Intensievebenadrukking">
    <w:name w:val="Intense Emphasis"/>
    <w:basedOn w:val="Standaardalinea-lettertype"/>
    <w:uiPriority w:val="21"/>
    <w:qFormat/>
    <w:rsid w:val="00FC693F"/>
    <w:rPr>
      <w:b/>
      <w:bCs/>
      <w:i/>
      <w:iCs/>
      <w:color w:val="4F81BD" w:themeColor="accent1"/>
    </w:rPr>
  </w:style>
  <w:style w:type="character" w:styleId="Subtieleverwijzing">
    <w:name w:val="Subtle Reference"/>
    <w:basedOn w:val="Standaardalinea-lettertype"/>
    <w:uiPriority w:val="31"/>
    <w:qFormat/>
    <w:rsid w:val="00FC693F"/>
    <w:rPr>
      <w:smallCaps/>
      <w:color w:val="C0504D" w:themeColor="accent2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qFormat/>
    <w:rsid w:val="00FC693F"/>
    <w:rPr>
      <w:b/>
      <w:bCs/>
      <w:smallCaps/>
      <w:spacing w:val="5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FC693F"/>
    <w:pPr>
      <w:outlineLvl w:val="9"/>
    </w:pPr>
  </w:style>
  <w:style w:type="table" w:styleId="Tabelraster">
    <w:name w:val="Table Grid"/>
    <w:basedOn w:val="Standaardtab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chtearcering">
    <w:name w:val="Light Shading"/>
    <w:basedOn w:val="Standaardtab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chtelijst">
    <w:name w:val="Light List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chtelijst-accent1">
    <w:name w:val="Light List Accent 1"/>
    <w:basedOn w:val="Standaardtab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chtelijst-accent2">
    <w:name w:val="Light List Accent 2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chtelijst-accent3">
    <w:name w:val="Light List Accent 3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chtelijst-accent4">
    <w:name w:val="Light List Accent 4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chtelijst-accent5">
    <w:name w:val="Light List Accent 5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chtelijst-accent6">
    <w:name w:val="Light List Accent 6"/>
    <w:basedOn w:val="Standaardtab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chtraster">
    <w:name w:val="Light Grid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chtraster-accent1">
    <w:name w:val="Light Grid Accent 1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chtraster-accent2">
    <w:name w:val="Light Grid Accent 2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chtraster-accent3">
    <w:name w:val="Light Grid Accent 3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chtraster-accent4">
    <w:name w:val="Light Grid Accent 4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chtraster-accent5">
    <w:name w:val="Light Grid Accent 5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chtraster-accent6">
    <w:name w:val="Light Grid Accent 6"/>
    <w:basedOn w:val="Standaardtab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Gemiddeldearcering1">
    <w:name w:val="Medium Shading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lijst1">
    <w:name w:val="Medium Lis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Gemiddeldelijst2">
    <w:name w:val="Medium Lis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raster1">
    <w:name w:val="Medium Grid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emiddeldraster2">
    <w:name w:val="Medium Grid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onkerelijst">
    <w:name w:val="Dark List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onkerelijst-accent1">
    <w:name w:val="Dark List Accent 1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onkerelijst-accent2">
    <w:name w:val="Dark List Accent 2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onkerelijst-accent3">
    <w:name w:val="Dark List Accent 3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onkerelijst-accent4">
    <w:name w:val="Dark List Accent 4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onkerelijst-accent5">
    <w:name w:val="Dark List Accent 5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onkerelijst-accent6">
    <w:name w:val="Dark List Accent 6"/>
    <w:basedOn w:val="Standaardtab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leurrijkearcering">
    <w:name w:val="Colorful Shading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1">
    <w:name w:val="Colorful Shading Accent 1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2">
    <w:name w:val="Colorful Shading Accent 2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3">
    <w:name w:val="Colorful Shading Accent 3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5">
    <w:name w:val="Colorful Shading Accent 5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arcering-accent6">
    <w:name w:val="Colorful Shading Accent 6"/>
    <w:basedOn w:val="Standaardtab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leurrijkelijst">
    <w:name w:val="Colorful List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leurrijkraster">
    <w:name w:val="Colorful Grid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173</Words>
  <Characters>954</Characters>
  <Application>Microsoft Office Word</Application>
  <DocSecurity>0</DocSecurity>
  <Lines>7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Koppen</vt:lpstr>
      </vt:variant>
      <vt:variant>
        <vt:i4>9</vt:i4>
      </vt:variant>
      <vt:variant>
        <vt:lpstr>Title</vt:lpstr>
      </vt:variant>
      <vt:variant>
        <vt:i4>1</vt:i4>
      </vt:variant>
    </vt:vector>
  </HeadingPairs>
  <TitlesOfParts>
    <vt:vector size="11" baseType="lpstr">
      <vt:lpstr/>
      <vt:lpstr>Intakeformulier Eet- en Drinkteam</vt:lpstr>
      <vt:lpstr>    1. Algemene gegevens</vt:lpstr>
      <vt:lpstr>    2. Hulpvraag</vt:lpstr>
      <vt:lpstr>    </vt:lpstr>
      <vt:lpstr>    3. Medische voorgeschiedenis</vt:lpstr>
      <vt:lpstr>    </vt:lpstr>
      <vt:lpstr>    4. Voeding en groei </vt:lpstr>
      <vt:lpstr>    5. Overig </vt:lpstr>
      <vt:lpstr>    8. Toestemming</vt:lpstr>
      <vt:lpstr/>
    </vt:vector>
  </TitlesOfParts>
  <Manager/>
  <Company/>
  <LinksUpToDate>false</LinksUpToDate>
  <CharactersWithSpaces>1125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Yenta Goedhart</cp:lastModifiedBy>
  <cp:revision>2</cp:revision>
  <dcterms:created xsi:type="dcterms:W3CDTF">2026-09-07T14:13:00Z</dcterms:created>
  <dcterms:modified xsi:type="dcterms:W3CDTF">2026-09-07T14:13:00Z</dcterms:modified>
  <cp:category/>
</cp:coreProperties>
</file>